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3337E7" w14:paraId="30623012" w14:textId="77777777">
        <w:trPr>
          <w:jc w:val="center"/>
        </w:trPr>
        <w:tc>
          <w:tcPr>
            <w:tcW w:w="5256" w:type="dxa"/>
          </w:tcPr>
          <w:p w14:paraId="4F4DFFBD" w14:textId="77777777" w:rsidR="003337E7" w:rsidRDefault="00881949">
            <w:r>
              <w:rPr>
                <w:rFonts w:ascii="Aptos Display" w:hAnsi="Aptos Display"/>
                <w:b/>
                <w:color w:val="263238"/>
                <w:sz w:val="44"/>
              </w:rPr>
              <w:t>LANDSCAPE PROJECT ESTIMATE</w:t>
            </w:r>
            <w:r>
              <w:rPr>
                <w:color w:val="4F9998"/>
              </w:rPr>
              <w:br/>
              <w:t>Customizable estimate for landscape design and design-build projects</w:t>
            </w:r>
          </w:p>
        </w:tc>
        <w:tc>
          <w:tcPr>
            <w:tcW w:w="5256" w:type="dxa"/>
            <w:shd w:val="clear" w:color="auto" w:fill="F3F4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8D14B" w14:textId="77777777" w:rsidR="003337E7" w:rsidRDefault="00881949">
            <w:pPr>
              <w:jc w:val="center"/>
            </w:pPr>
            <w:r>
              <w:rPr>
                <w:b/>
                <w:color w:val="263238"/>
                <w:sz w:val="20"/>
              </w:rPr>
              <w:t>YOUR</w:t>
            </w:r>
            <w:r>
              <w:rPr>
                <w:b/>
                <w:color w:val="263238"/>
                <w:sz w:val="20"/>
              </w:rPr>
              <w:br/>
              <w:t>COMPANY</w:t>
            </w:r>
            <w:r>
              <w:rPr>
                <w:b/>
                <w:color w:val="263238"/>
                <w:sz w:val="20"/>
              </w:rPr>
              <w:br/>
              <w:t>LOGO</w:t>
            </w:r>
          </w:p>
        </w:tc>
      </w:tr>
    </w:tbl>
    <w:p w14:paraId="41DAE5C0" w14:textId="77777777" w:rsidR="003337E7" w:rsidRDefault="003337E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3337E7" w14:paraId="02894F75" w14:textId="77777777">
        <w:trPr>
          <w:jc w:val="center"/>
        </w:trPr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ACCDF8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FROM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Business Name</w:t>
            </w:r>
            <w:r>
              <w:rPr>
                <w:color w:val="263238"/>
                <w:sz w:val="18"/>
              </w:rPr>
              <w:br/>
              <w:t>Contact Name | Email | Phone</w:t>
            </w:r>
            <w:r>
              <w:rPr>
                <w:color w:val="263238"/>
                <w:sz w:val="18"/>
              </w:rPr>
              <w:br/>
              <w:t>Address | City, State/Province, ZIP/Postal</w:t>
            </w:r>
          </w:p>
        </w:tc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66670E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PREPARED FOR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Client Name</w:t>
            </w:r>
            <w:r>
              <w:rPr>
                <w:color w:val="263238"/>
                <w:sz w:val="18"/>
              </w:rPr>
              <w:br/>
              <w:t>Email | Phone</w:t>
            </w:r>
            <w:r>
              <w:rPr>
                <w:color w:val="263238"/>
                <w:sz w:val="18"/>
              </w:rPr>
              <w:br/>
              <w:t>Billing Address</w:t>
            </w:r>
          </w:p>
        </w:tc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8C5442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PROJECT SITE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Project / Property Name</w:t>
            </w:r>
            <w:r>
              <w:rPr>
                <w:color w:val="263238"/>
                <w:sz w:val="18"/>
              </w:rPr>
              <w:br/>
              <w:t>Site Address</w:t>
            </w:r>
            <w:r>
              <w:rPr>
                <w:color w:val="263238"/>
                <w:sz w:val="18"/>
              </w:rPr>
              <w:br/>
              <w:t>City, State/Province, ZIP/Postal</w:t>
            </w:r>
          </w:p>
        </w:tc>
      </w:tr>
      <w:tr w:rsidR="003337E7" w14:paraId="6049B6C7" w14:textId="77777777">
        <w:trPr>
          <w:jc w:val="center"/>
        </w:trPr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B9E90F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ESTIMATE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EST-[####]</w:t>
            </w:r>
            <w:r>
              <w:rPr>
                <w:color w:val="263238"/>
                <w:sz w:val="18"/>
              </w:rPr>
              <w:br/>
              <w:t>Prepared: [Date]</w:t>
            </w:r>
            <w:r>
              <w:rPr>
                <w:color w:val="263238"/>
                <w:sz w:val="18"/>
              </w:rPr>
              <w:br/>
              <w:t>Valid Through: [Date]</w:t>
            </w:r>
          </w:p>
        </w:tc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2ECF13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PROJECT TIMING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Anticipated Start: [Date/Range]</w:t>
            </w:r>
            <w:r>
              <w:rPr>
                <w:color w:val="263238"/>
                <w:sz w:val="18"/>
              </w:rPr>
              <w:br/>
              <w:t>Estimated Duration: [# days/weeks]</w:t>
            </w:r>
            <w:r>
              <w:rPr>
                <w:color w:val="263238"/>
                <w:sz w:val="18"/>
              </w:rPr>
              <w:br/>
            </w:r>
            <w:r>
              <w:rPr>
                <w:color w:val="263238"/>
                <w:sz w:val="18"/>
              </w:rPr>
              <w:t>Schedule: [Subject to availability]</w:t>
            </w:r>
          </w:p>
        </w:tc>
        <w:tc>
          <w:tcPr>
            <w:tcW w:w="35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CAE898" w14:textId="77777777" w:rsidR="003337E7" w:rsidRDefault="00881949">
            <w:pPr>
              <w:spacing w:after="0"/>
            </w:pPr>
            <w:r>
              <w:rPr>
                <w:b/>
                <w:color w:val="263238"/>
                <w:sz w:val="17"/>
              </w:rPr>
              <w:t>PROJECT CONTACT</w:t>
            </w:r>
            <w:r>
              <w:rPr>
                <w:b/>
                <w:color w:val="263238"/>
                <w:sz w:val="17"/>
              </w:rPr>
              <w:br/>
            </w:r>
            <w:r>
              <w:rPr>
                <w:color w:val="263238"/>
                <w:sz w:val="18"/>
              </w:rPr>
              <w:t>Primary Contact</w:t>
            </w:r>
            <w:r>
              <w:rPr>
                <w:color w:val="263238"/>
                <w:sz w:val="18"/>
              </w:rPr>
              <w:br/>
              <w:t>Phone | Email</w:t>
            </w:r>
            <w:r>
              <w:rPr>
                <w:color w:val="263238"/>
                <w:sz w:val="18"/>
              </w:rPr>
              <w:br/>
              <w:t>Preferred Contact Method</w:t>
            </w:r>
          </w:p>
        </w:tc>
      </w:tr>
    </w:tbl>
    <w:p w14:paraId="06F5ECE8" w14:textId="77777777" w:rsidR="003337E7" w:rsidRDefault="00881949">
      <w:pPr>
        <w:spacing w:before="80" w:after="100"/>
      </w:pPr>
      <w:r>
        <w:rPr>
          <w:b/>
        </w:rPr>
        <w:t xml:space="preserve">Project Summary: </w:t>
      </w:r>
      <w:r>
        <w:rPr>
          <w:i/>
        </w:rPr>
        <w:t>[Briefly describe the client’s goals, the area being improved, and the overall project scope.]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12"/>
      </w:tblGrid>
      <w:tr w:rsidR="003337E7" w14:paraId="1F7BC123" w14:textId="77777777">
        <w:tc>
          <w:tcPr>
            <w:tcW w:w="10512" w:type="dxa"/>
            <w:shd w:val="clear" w:color="auto" w:fill="4F999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E2705" w14:textId="77777777" w:rsidR="003337E7" w:rsidRDefault="00881949">
            <w:r>
              <w:rPr>
                <w:b/>
                <w:color w:val="FFFFFF"/>
                <w:sz w:val="22"/>
              </w:rPr>
              <w:t>ESTIMATED PROJECT SCOPE &amp; PRICING</w:t>
            </w:r>
          </w:p>
        </w:tc>
      </w:tr>
    </w:tbl>
    <w:p w14:paraId="69AD18C7" w14:textId="77777777" w:rsidR="003337E7" w:rsidRDefault="003337E7">
      <w:pPr>
        <w:spacing w:after="0"/>
      </w:pPr>
    </w:p>
    <w:p w14:paraId="309C8BEC" w14:textId="77777777" w:rsidR="003337E7" w:rsidRDefault="00881949">
      <w:pPr>
        <w:spacing w:before="60" w:after="20"/>
      </w:pPr>
      <w:r>
        <w:rPr>
          <w:b/>
          <w:color w:val="4F9998"/>
          <w:sz w:val="18"/>
        </w:rPr>
        <w:t>DESIGN &amp; PRE-PRODUCTION</w:t>
      </w:r>
    </w:p>
    <w:p w14:paraId="00B0995B" w14:textId="77777777" w:rsidR="003337E7" w:rsidRDefault="00881949">
      <w:pPr>
        <w:spacing w:before="20" w:after="20"/>
      </w:pPr>
      <w:r>
        <w:rPr>
          <w:i/>
          <w:sz w:val="17"/>
        </w:rPr>
        <w:t>[Example: Site measurement / base plan preparation]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11F7E984" w14:textId="77777777" w:rsidR="003337E7" w:rsidRDefault="00881949">
      <w:pPr>
        <w:spacing w:before="20" w:after="20"/>
      </w:pPr>
      <w:r>
        <w:rPr>
          <w:i/>
          <w:sz w:val="17"/>
        </w:rPr>
        <w:t>[Example: Concept or landscape design services]</w:t>
      </w:r>
      <w:r>
        <w:rPr>
          <w:color w:val="263238"/>
          <w:sz w:val="17"/>
        </w:rPr>
        <w:br/>
      </w:r>
      <w:r>
        <w:rPr>
          <w:color w:val="263238"/>
          <w:sz w:val="17"/>
        </w:rPr>
        <w:t>Qty / Unit: __________    Unit Price: $__________    Amount: $__________</w:t>
      </w:r>
    </w:p>
    <w:p w14:paraId="6EC61BEF" w14:textId="77777777" w:rsidR="003337E7" w:rsidRDefault="00881949">
      <w:pPr>
        <w:spacing w:before="20" w:after="20"/>
      </w:pPr>
      <w:r>
        <w:rPr>
          <w:i/>
          <w:sz w:val="17"/>
        </w:rPr>
        <w:t>[Example: Revisions / presentation package]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412A80E5" w14:textId="77777777" w:rsidR="003337E7" w:rsidRDefault="00881949">
      <w:pPr>
        <w:spacing w:before="60" w:after="20"/>
      </w:pPr>
      <w:r>
        <w:rPr>
          <w:b/>
          <w:color w:val="4F9998"/>
          <w:sz w:val="18"/>
        </w:rPr>
        <w:t>INSTALLATION / CONSTRUCTION</w:t>
      </w:r>
    </w:p>
    <w:p w14:paraId="169FA3FD" w14:textId="77777777" w:rsidR="003337E7" w:rsidRDefault="00881949">
      <w:pPr>
        <w:spacing w:before="20" w:after="20"/>
      </w:pPr>
      <w:r>
        <w:rPr>
          <w:i/>
          <w:sz w:val="17"/>
        </w:rPr>
        <w:t>[Example: Site preparation / demolition]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0562EFBD" w14:textId="77777777" w:rsidR="003337E7" w:rsidRDefault="00881949">
      <w:pPr>
        <w:spacing w:before="20" w:after="20"/>
      </w:pPr>
      <w:r>
        <w:rPr>
          <w:i/>
          <w:sz w:val="17"/>
        </w:rPr>
        <w:t>[Example: Plant material and installation]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3F93DC6F" w14:textId="77777777" w:rsidR="003337E7" w:rsidRDefault="00881949">
      <w:pPr>
        <w:spacing w:before="20" w:after="20"/>
      </w:pPr>
      <w:r>
        <w:rPr>
          <w:i/>
          <w:sz w:val="17"/>
        </w:rPr>
        <w:t>[Example: Hardscape materials and installation]</w:t>
      </w:r>
      <w:r>
        <w:rPr>
          <w:color w:val="263238"/>
          <w:sz w:val="17"/>
        </w:rPr>
        <w:br/>
      </w:r>
      <w:r>
        <w:rPr>
          <w:color w:val="263238"/>
          <w:sz w:val="17"/>
        </w:rPr>
        <w:t>Qty / Unit: __________    Unit Price: $__________    Amount: $__________</w:t>
      </w:r>
    </w:p>
    <w:p w14:paraId="267C5FB3" w14:textId="77777777" w:rsidR="003337E7" w:rsidRDefault="00881949">
      <w:pPr>
        <w:spacing w:before="20" w:after="20"/>
      </w:pPr>
      <w:r>
        <w:rPr>
          <w:i/>
          <w:sz w:val="17"/>
        </w:rPr>
        <w:t>[Example: Soil, mulch, edging, drainage, lighting, irrigation, or other scope]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0C70138C" w14:textId="77777777" w:rsidR="003337E7" w:rsidRDefault="00881949">
      <w:pPr>
        <w:spacing w:before="60" w:after="20"/>
      </w:pPr>
      <w:r>
        <w:rPr>
          <w:b/>
          <w:color w:val="4F9998"/>
          <w:sz w:val="18"/>
        </w:rPr>
        <w:t>OTHER / ALLOWANCES</w:t>
      </w:r>
    </w:p>
    <w:p w14:paraId="42AA9A35" w14:textId="77777777" w:rsidR="003337E7" w:rsidRDefault="00881949">
      <w:pPr>
        <w:spacing w:before="20" w:after="20"/>
      </w:pPr>
      <w:r>
        <w:rPr>
          <w:i/>
          <w:sz w:val="17"/>
        </w:rPr>
        <w:t>[Example: Permit allowance, delivery, subcontractor, equipment, disposal]</w:t>
      </w:r>
      <w:r>
        <w:rPr>
          <w:color w:val="263238"/>
          <w:sz w:val="17"/>
        </w:rPr>
        <w:br/>
        <w:t>Qty / Unit: __________    Unit Price: $__________    Amount: $__________</w:t>
      </w:r>
    </w:p>
    <w:p w14:paraId="25EAAD82" w14:textId="77777777" w:rsidR="003337E7" w:rsidRDefault="00881949">
      <w:pPr>
        <w:spacing w:before="60" w:after="20"/>
        <w:jc w:val="right"/>
      </w:pPr>
      <w:r>
        <w:rPr>
          <w:sz w:val="17"/>
        </w:rPr>
        <w:t>Subtotal: $____________    Sales Tax: $____________    Other: $____________</w:t>
      </w:r>
    </w:p>
    <w:p w14:paraId="370F2E4B" w14:textId="77777777" w:rsidR="003337E7" w:rsidRDefault="00881949">
      <w:pPr>
        <w:spacing w:before="20" w:after="40"/>
        <w:jc w:val="right"/>
      </w:pPr>
      <w:r>
        <w:rPr>
          <w:b/>
          <w:color w:val="4F9998"/>
          <w:sz w:val="20"/>
        </w:rPr>
        <w:t>ESTIMATED TOTAL: $________________</w:t>
      </w:r>
    </w:p>
    <w:p w14:paraId="5C6FB375" w14:textId="77777777" w:rsidR="003337E7" w:rsidRDefault="00881949">
      <w:pPr>
        <w:spacing w:before="40" w:after="40"/>
      </w:pPr>
      <w:r>
        <w:rPr>
          <w:b/>
          <w:sz w:val="16"/>
        </w:rPr>
        <w:t xml:space="preserve">Pricing note: </w:t>
      </w:r>
      <w:r>
        <w:rPr>
          <w:sz w:val="16"/>
        </w:rPr>
        <w:t>For larger projects, group costs by work area or phase so clients can clearly see what is included while keeping internal cost calculations separate.</w:t>
      </w:r>
    </w:p>
    <w:p w14:paraId="444482E5" w14:textId="77777777" w:rsidR="003337E7" w:rsidRDefault="00881949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12"/>
      </w:tblGrid>
      <w:tr w:rsidR="003337E7" w14:paraId="25C447B0" w14:textId="77777777">
        <w:tc>
          <w:tcPr>
            <w:tcW w:w="10512" w:type="dxa"/>
            <w:shd w:val="clear" w:color="auto" w:fill="4F999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5E5A8B" w14:textId="77777777" w:rsidR="003337E7" w:rsidRDefault="00881949">
            <w:r>
              <w:rPr>
                <w:b/>
                <w:color w:val="FFFFFF"/>
                <w:sz w:val="22"/>
              </w:rPr>
              <w:lastRenderedPageBreak/>
              <w:t>SCOPE DETAILS, ASSUMPTIONS &amp; OPTIONS</w:t>
            </w:r>
          </w:p>
        </w:tc>
      </w:tr>
    </w:tbl>
    <w:p w14:paraId="75FEDF76" w14:textId="77777777" w:rsidR="003337E7" w:rsidRDefault="003337E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3337E7" w14:paraId="30153A92" w14:textId="77777777">
        <w:trPr>
          <w:jc w:val="center"/>
        </w:trPr>
        <w:tc>
          <w:tcPr>
            <w:tcW w:w="10512" w:type="dxa"/>
            <w:shd w:val="clear" w:color="auto" w:fill="F3F4F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CF985E" w14:textId="77777777" w:rsidR="003337E7" w:rsidRDefault="00881949">
            <w:r>
              <w:rPr>
                <w:b/>
                <w:color w:val="263238"/>
              </w:rPr>
              <w:t>Included in This Estimate</w:t>
            </w:r>
            <w:r>
              <w:rPr>
                <w:b/>
                <w:color w:val="263238"/>
              </w:rPr>
              <w:br/>
            </w:r>
            <w:r>
              <w:rPr>
                <w:i/>
                <w:color w:val="263238"/>
                <w:sz w:val="17"/>
              </w:rPr>
              <w:t>[List important scope details, materials, plant sizes/quantities, finish standards, deliverables, or installation responsibilities.]</w:t>
            </w:r>
          </w:p>
        </w:tc>
      </w:tr>
    </w:tbl>
    <w:p w14:paraId="3974C683" w14:textId="77777777" w:rsidR="003337E7" w:rsidRDefault="003337E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3337E7" w14:paraId="51495DD4" w14:textId="77777777">
        <w:trPr>
          <w:jc w:val="center"/>
        </w:trPr>
        <w:tc>
          <w:tcPr>
            <w:tcW w:w="10512" w:type="dxa"/>
            <w:shd w:val="clear" w:color="auto" w:fill="F3F4F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F05067" w14:textId="77777777" w:rsidR="003337E7" w:rsidRDefault="00881949">
            <w:r>
              <w:rPr>
                <w:b/>
                <w:color w:val="263238"/>
              </w:rPr>
              <w:t>Not Included / Exclusions</w:t>
            </w:r>
            <w:r>
              <w:rPr>
                <w:b/>
                <w:color w:val="263238"/>
              </w:rPr>
              <w:br/>
            </w:r>
            <w:r>
              <w:rPr>
                <w:i/>
                <w:color w:val="263238"/>
                <w:sz w:val="17"/>
              </w:rPr>
              <w:t>[List work that is specifically excluded, such as permits, utility relocation, unforeseen site conditions, specialty engineering, or client-supplied items.]</w:t>
            </w:r>
          </w:p>
        </w:tc>
      </w:tr>
    </w:tbl>
    <w:p w14:paraId="06A162C3" w14:textId="77777777" w:rsidR="003337E7" w:rsidRDefault="003337E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3337E7" w14:paraId="2CECA642" w14:textId="77777777">
        <w:trPr>
          <w:jc w:val="center"/>
        </w:trPr>
        <w:tc>
          <w:tcPr>
            <w:tcW w:w="10512" w:type="dxa"/>
            <w:shd w:val="clear" w:color="auto" w:fill="F3F4F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569705" w14:textId="77777777" w:rsidR="003337E7" w:rsidRDefault="00881949">
            <w:r>
              <w:rPr>
                <w:b/>
                <w:color w:val="263238"/>
              </w:rPr>
              <w:t>Assumptions &amp; Allowances</w:t>
            </w:r>
            <w:r>
              <w:rPr>
                <w:b/>
                <w:color w:val="263238"/>
              </w:rPr>
              <w:br/>
            </w:r>
            <w:r>
              <w:rPr>
                <w:i/>
                <w:color w:val="263238"/>
                <w:sz w:val="17"/>
              </w:rPr>
              <w:t>[Document assumptions that affect pricing: site access, existing conditions, material selections, allowances, utility locations, or quantities that may change after final design/site verification.]</w:t>
            </w:r>
          </w:p>
        </w:tc>
      </w:tr>
    </w:tbl>
    <w:p w14:paraId="0DB30D2B" w14:textId="77777777" w:rsidR="003337E7" w:rsidRDefault="003337E7">
      <w:pPr>
        <w:spacing w:after="20"/>
      </w:pPr>
    </w:p>
    <w:p w14:paraId="290CE045" w14:textId="40F26366" w:rsidR="003337E7" w:rsidRDefault="00881949">
      <w:pPr>
        <w:spacing w:before="60" w:after="60"/>
      </w:pPr>
      <w:r>
        <w:rPr>
          <w:b/>
          <w:color w:val="4F9998"/>
          <w:sz w:val="21"/>
        </w:rPr>
        <w:t>Optional Add-Ons / Alternat</w:t>
      </w:r>
      <w:r w:rsidR="00913A97">
        <w:rPr>
          <w:b/>
          <w:color w:val="4F9998"/>
          <w:sz w:val="21"/>
        </w:rPr>
        <w:t>iv</w:t>
      </w:r>
      <w:r>
        <w:rPr>
          <w:b/>
          <w:color w:val="4F9998"/>
          <w:sz w:val="21"/>
        </w:rPr>
        <w:t>es</w:t>
      </w:r>
    </w:p>
    <w:tbl>
      <w:tblPr>
        <w:tblW w:w="10368" w:type="dxa"/>
        <w:tblLayout w:type="fixed"/>
        <w:tblLook w:val="04A0" w:firstRow="1" w:lastRow="0" w:firstColumn="1" w:lastColumn="0" w:noHBand="0" w:noVBand="1"/>
      </w:tblPr>
      <w:tblGrid>
        <w:gridCol w:w="7272"/>
        <w:gridCol w:w="1584"/>
        <w:gridCol w:w="1512"/>
      </w:tblGrid>
      <w:tr w:rsidR="003337E7" w14:paraId="390A15CF" w14:textId="77777777">
        <w:tc>
          <w:tcPr>
            <w:tcW w:w="7272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49300" w14:textId="77777777" w:rsidR="003337E7" w:rsidRDefault="00881949">
            <w:r>
              <w:rPr>
                <w:b/>
                <w:color w:val="FFFFFF"/>
                <w:sz w:val="16"/>
              </w:rPr>
              <w:t>OPTION</w:t>
            </w:r>
          </w:p>
        </w:tc>
        <w:tc>
          <w:tcPr>
            <w:tcW w:w="1584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86255" w14:textId="77777777" w:rsidR="003337E7" w:rsidRDefault="00881949">
            <w:pPr>
              <w:jc w:val="center"/>
            </w:pPr>
            <w:r>
              <w:rPr>
                <w:b/>
                <w:color w:val="FFFFFF"/>
                <w:sz w:val="16"/>
              </w:rPr>
              <w:t>ADD / DEDUCT</w:t>
            </w:r>
          </w:p>
        </w:tc>
        <w:tc>
          <w:tcPr>
            <w:tcW w:w="1512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12FF8" w14:textId="77777777" w:rsidR="003337E7" w:rsidRDefault="00881949">
            <w:pPr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3337E7" w14:paraId="1ABE9249" w14:textId="77777777">
        <w:tc>
          <w:tcPr>
            <w:tcW w:w="7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F3826F" w14:textId="77777777" w:rsidR="003337E7" w:rsidRDefault="00881949">
            <w:r>
              <w:rPr>
                <w:color w:val="263238"/>
                <w:sz w:val="17"/>
              </w:rPr>
              <w:t>[Example: Upgrade paver selection]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FCD2A" w14:textId="77777777" w:rsidR="003337E7" w:rsidRDefault="00881949">
            <w:pPr>
              <w:jc w:val="center"/>
            </w:pPr>
            <w:r>
              <w:rPr>
                <w:color w:val="263238"/>
                <w:sz w:val="16"/>
              </w:rPr>
              <w:t>ADD / DEDUCT</w:t>
            </w:r>
          </w:p>
        </w:tc>
        <w:tc>
          <w:tcPr>
            <w:tcW w:w="15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EB33A" w14:textId="77777777" w:rsidR="003337E7" w:rsidRDefault="00881949">
            <w:pPr>
              <w:jc w:val="right"/>
            </w:pPr>
            <w:r>
              <w:rPr>
                <w:color w:val="263238"/>
                <w:sz w:val="17"/>
              </w:rPr>
              <w:t>$</w:t>
            </w:r>
          </w:p>
        </w:tc>
      </w:tr>
      <w:tr w:rsidR="003337E7" w14:paraId="4D6261C4" w14:textId="77777777">
        <w:tc>
          <w:tcPr>
            <w:tcW w:w="7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EC8AC" w14:textId="77777777" w:rsidR="003337E7" w:rsidRDefault="00881949">
            <w:r>
              <w:rPr>
                <w:color w:val="263238"/>
                <w:sz w:val="17"/>
              </w:rPr>
              <w:t>[Example: Add landscape lighting package]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53345" w14:textId="77777777" w:rsidR="003337E7" w:rsidRDefault="00881949">
            <w:pPr>
              <w:jc w:val="center"/>
            </w:pPr>
            <w:r>
              <w:rPr>
                <w:color w:val="263238"/>
                <w:sz w:val="16"/>
              </w:rPr>
              <w:t>ADD / DEDUCT</w:t>
            </w:r>
          </w:p>
        </w:tc>
        <w:tc>
          <w:tcPr>
            <w:tcW w:w="15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CAE29" w14:textId="77777777" w:rsidR="003337E7" w:rsidRDefault="00881949">
            <w:pPr>
              <w:jc w:val="right"/>
            </w:pPr>
            <w:r>
              <w:rPr>
                <w:color w:val="263238"/>
                <w:sz w:val="17"/>
              </w:rPr>
              <w:t>$</w:t>
            </w:r>
          </w:p>
        </w:tc>
      </w:tr>
    </w:tbl>
    <w:p w14:paraId="524D743E" w14:textId="77777777" w:rsidR="003337E7" w:rsidRDefault="00881949">
      <w:pPr>
        <w:spacing w:before="100" w:after="60"/>
      </w:pPr>
      <w:r>
        <w:rPr>
          <w:b/>
          <w:color w:val="4F9998"/>
          <w:sz w:val="21"/>
        </w:rPr>
        <w:t>Proposed Payment Schedule</w:t>
      </w:r>
    </w:p>
    <w:tbl>
      <w:tblPr>
        <w:tblW w:w="10368" w:type="dxa"/>
        <w:tblLayout w:type="fixed"/>
        <w:tblLook w:val="04A0" w:firstRow="1" w:lastRow="0" w:firstColumn="1" w:lastColumn="0" w:noHBand="0" w:noVBand="1"/>
      </w:tblPr>
      <w:tblGrid>
        <w:gridCol w:w="6984"/>
        <w:gridCol w:w="1800"/>
        <w:gridCol w:w="1584"/>
      </w:tblGrid>
      <w:tr w:rsidR="003337E7" w14:paraId="2BDBF553" w14:textId="77777777">
        <w:tc>
          <w:tcPr>
            <w:tcW w:w="6983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158C7" w14:textId="77777777" w:rsidR="003337E7" w:rsidRDefault="00881949">
            <w:r>
              <w:rPr>
                <w:b/>
                <w:color w:val="FFFFFF"/>
                <w:sz w:val="16"/>
              </w:rPr>
              <w:t>MILESTONE</w:t>
            </w:r>
          </w:p>
        </w:tc>
        <w:tc>
          <w:tcPr>
            <w:tcW w:w="1800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676D23" w14:textId="77777777" w:rsidR="003337E7" w:rsidRDefault="00881949">
            <w:pPr>
              <w:jc w:val="center"/>
            </w:pPr>
            <w:r>
              <w:rPr>
                <w:b/>
                <w:color w:val="FFFFFF"/>
                <w:sz w:val="16"/>
              </w:rPr>
              <w:t>% / FIXED</w:t>
            </w:r>
          </w:p>
        </w:tc>
        <w:tc>
          <w:tcPr>
            <w:tcW w:w="1584" w:type="dxa"/>
            <w:shd w:val="clear" w:color="auto" w:fill="26323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29CF2" w14:textId="77777777" w:rsidR="003337E7" w:rsidRDefault="00881949">
            <w:pPr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3337E7" w14:paraId="5A43B93C" w14:textId="77777777"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F478C" w14:textId="77777777" w:rsidR="003337E7" w:rsidRDefault="00881949">
            <w:r>
              <w:rPr>
                <w:color w:val="263238"/>
                <w:sz w:val="17"/>
              </w:rPr>
              <w:t>Deposit / project authorization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889E5" w14:textId="77777777" w:rsidR="003337E7" w:rsidRDefault="00881949">
            <w:pPr>
              <w:jc w:val="center"/>
            </w:pPr>
            <w:r>
              <w:rPr>
                <w:color w:val="263238"/>
                <w:sz w:val="17"/>
              </w:rPr>
              <w:t>[% or $]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EED55" w14:textId="77777777" w:rsidR="003337E7" w:rsidRDefault="00881949">
            <w:pPr>
              <w:jc w:val="right"/>
            </w:pPr>
            <w:r>
              <w:rPr>
                <w:color w:val="263238"/>
                <w:sz w:val="17"/>
              </w:rPr>
              <w:t>$</w:t>
            </w:r>
          </w:p>
        </w:tc>
      </w:tr>
      <w:tr w:rsidR="003337E7" w14:paraId="6A14A3C7" w14:textId="77777777"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60717" w14:textId="77777777" w:rsidR="003337E7" w:rsidRDefault="00881949">
            <w:r>
              <w:rPr>
                <w:color w:val="263238"/>
                <w:sz w:val="17"/>
              </w:rPr>
              <w:t>Final payment / substantial completion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AE476" w14:textId="77777777" w:rsidR="003337E7" w:rsidRDefault="00881949">
            <w:pPr>
              <w:jc w:val="center"/>
            </w:pPr>
            <w:r>
              <w:rPr>
                <w:color w:val="263238"/>
                <w:sz w:val="17"/>
              </w:rPr>
              <w:t>[% or $]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B33F3" w14:textId="77777777" w:rsidR="003337E7" w:rsidRDefault="00881949">
            <w:pPr>
              <w:jc w:val="right"/>
            </w:pPr>
            <w:r>
              <w:rPr>
                <w:color w:val="263238"/>
                <w:sz w:val="17"/>
              </w:rPr>
              <w:t>$</w:t>
            </w:r>
          </w:p>
        </w:tc>
      </w:tr>
    </w:tbl>
    <w:p w14:paraId="34DBF378" w14:textId="77777777" w:rsidR="003337E7" w:rsidRDefault="00881949">
      <w:pPr>
        <w:spacing w:before="100" w:after="40"/>
      </w:pPr>
      <w:r>
        <w:rPr>
          <w:b/>
          <w:color w:val="4F9998"/>
          <w:sz w:val="21"/>
        </w:rPr>
        <w:t>Estimate Terms &amp; Client Approval</w:t>
      </w:r>
    </w:p>
    <w:p w14:paraId="751804D4" w14:textId="77777777" w:rsidR="003337E7" w:rsidRDefault="00881949">
      <w:pPr>
        <w:spacing w:after="30"/>
        <w:ind w:left="259" w:hanging="173"/>
      </w:pPr>
      <w:r>
        <w:rPr>
          <w:b/>
          <w:color w:val="4F9998"/>
          <w:sz w:val="17"/>
        </w:rPr>
        <w:t xml:space="preserve">• </w:t>
      </w:r>
      <w:r>
        <w:rPr>
          <w:sz w:val="16"/>
        </w:rPr>
        <w:t>This estimate is valid through the expiration date shown above and is based on the scope, quantities, selections, and assumptions listed in this document.</w:t>
      </w:r>
    </w:p>
    <w:p w14:paraId="357E28BC" w14:textId="77777777" w:rsidR="003337E7" w:rsidRDefault="00881949">
      <w:pPr>
        <w:spacing w:after="30"/>
        <w:ind w:left="259" w:hanging="173"/>
      </w:pPr>
      <w:r>
        <w:rPr>
          <w:b/>
          <w:color w:val="4F9998"/>
          <w:sz w:val="17"/>
        </w:rPr>
        <w:t xml:space="preserve">• </w:t>
      </w:r>
      <w:r>
        <w:rPr>
          <w:sz w:val="16"/>
        </w:rPr>
        <w:t>Changes to scope, site conditions, quantities, material selections, or client requests may require a revised estimate or written change order before additional work proceeds.</w:t>
      </w:r>
    </w:p>
    <w:p w14:paraId="43ED878B" w14:textId="4171B445" w:rsidR="003337E7" w:rsidRDefault="00881949">
      <w:pPr>
        <w:spacing w:after="30"/>
        <w:ind w:left="259" w:hanging="173"/>
      </w:pPr>
      <w:r>
        <w:rPr>
          <w:b/>
          <w:color w:val="4F9998"/>
          <w:sz w:val="17"/>
        </w:rPr>
        <w:t xml:space="preserve">• </w:t>
      </w:r>
      <w:r>
        <w:rPr>
          <w:sz w:val="16"/>
        </w:rPr>
        <w:t xml:space="preserve">Customize these terms to match your business practices and applicable local requirements. Consider having </w:t>
      </w:r>
      <w:r w:rsidR="00913A97">
        <w:rPr>
          <w:sz w:val="16"/>
        </w:rPr>
        <w:t>a</w:t>
      </w:r>
      <w:r>
        <w:rPr>
          <w:sz w:val="16"/>
        </w:rPr>
        <w:t xml:space="preserve"> </w:t>
      </w:r>
      <w:r w:rsidR="00913A97">
        <w:rPr>
          <w:sz w:val="16"/>
        </w:rPr>
        <w:t>qualified</w:t>
      </w:r>
      <w:r>
        <w:rPr>
          <w:sz w:val="16"/>
        </w:rPr>
        <w:t xml:space="preserve"> l</w:t>
      </w:r>
      <w:r w:rsidR="00913A97">
        <w:rPr>
          <w:sz w:val="16"/>
        </w:rPr>
        <w:t>egal</w:t>
      </w:r>
      <w:r>
        <w:rPr>
          <w:sz w:val="16"/>
        </w:rPr>
        <w:t xml:space="preserve"> </w:t>
      </w:r>
      <w:r w:rsidR="00913A97">
        <w:rPr>
          <w:sz w:val="16"/>
        </w:rPr>
        <w:t>professional</w:t>
      </w:r>
      <w:r>
        <w:rPr>
          <w:sz w:val="16"/>
        </w:rPr>
        <w:t xml:space="preserve"> </w:t>
      </w:r>
      <w:r w:rsidR="00913A97">
        <w:rPr>
          <w:sz w:val="16"/>
        </w:rPr>
        <w:t>review</w:t>
      </w:r>
      <w:r>
        <w:rPr>
          <w:sz w:val="16"/>
        </w:rPr>
        <w:t xml:space="preserve"> </w:t>
      </w:r>
      <w:r w:rsidR="00913A97">
        <w:rPr>
          <w:sz w:val="16"/>
        </w:rPr>
        <w:t>your</w:t>
      </w:r>
      <w:r>
        <w:rPr>
          <w:sz w:val="16"/>
        </w:rPr>
        <w:t xml:space="preserve"> </w:t>
      </w:r>
      <w:r w:rsidR="00913A97">
        <w:rPr>
          <w:sz w:val="16"/>
        </w:rPr>
        <w:t>standar</w:t>
      </w:r>
      <w:r>
        <w:rPr>
          <w:sz w:val="16"/>
        </w:rPr>
        <w:t xml:space="preserve">d </w:t>
      </w:r>
      <w:r w:rsidR="00913A97">
        <w:rPr>
          <w:sz w:val="16"/>
        </w:rPr>
        <w:t>contract</w:t>
      </w:r>
      <w:r>
        <w:rPr>
          <w:sz w:val="16"/>
        </w:rPr>
        <w:t xml:space="preserve"> </w:t>
      </w:r>
      <w:r w:rsidR="00913A97">
        <w:rPr>
          <w:sz w:val="16"/>
        </w:rPr>
        <w:t>language</w:t>
      </w:r>
      <w:r>
        <w:rPr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3337E7" w14:paraId="6979C87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92946" w14:textId="77777777" w:rsidR="00913A97" w:rsidRDefault="00913A97">
            <w:pPr>
              <w:rPr>
                <w:color w:val="263238"/>
                <w:sz w:val="17"/>
              </w:rPr>
            </w:pPr>
          </w:p>
          <w:p w14:paraId="0A75B1C5" w14:textId="421D9E92" w:rsidR="003337E7" w:rsidRDefault="00881949">
            <w:r>
              <w:rPr>
                <w:color w:val="263238"/>
                <w:sz w:val="17"/>
              </w:rPr>
              <w:t>Client Name: ______________________________</w:t>
            </w:r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2CE4B" w14:textId="77777777" w:rsidR="00913A97" w:rsidRDefault="00913A97">
            <w:pPr>
              <w:rPr>
                <w:color w:val="263238"/>
                <w:sz w:val="17"/>
              </w:rPr>
            </w:pPr>
          </w:p>
          <w:p w14:paraId="603196F9" w14:textId="48911AED" w:rsidR="003337E7" w:rsidRDefault="00881949">
            <w:r>
              <w:rPr>
                <w:color w:val="263238"/>
                <w:sz w:val="17"/>
              </w:rPr>
              <w:t>Authorized By: ____________________________</w:t>
            </w:r>
          </w:p>
        </w:tc>
      </w:tr>
      <w:tr w:rsidR="003337E7" w14:paraId="3E8F4C13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0B65CE" w14:textId="77777777" w:rsidR="003337E7" w:rsidRDefault="00881949">
            <w:r>
              <w:rPr>
                <w:color w:val="263238"/>
                <w:sz w:val="17"/>
              </w:rPr>
              <w:t>Signature: _________________________________</w:t>
            </w:r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D3FA4" w14:textId="77777777" w:rsidR="003337E7" w:rsidRDefault="00881949">
            <w:r>
              <w:rPr>
                <w:color w:val="263238"/>
                <w:sz w:val="17"/>
              </w:rPr>
              <w:t>Date: ____________________________________</w:t>
            </w:r>
          </w:p>
        </w:tc>
      </w:tr>
    </w:tbl>
    <w:p w14:paraId="1A663FAF" w14:textId="77777777" w:rsidR="003337E7" w:rsidRDefault="00881949">
      <w:pPr>
        <w:spacing w:before="80"/>
        <w:jc w:val="center"/>
      </w:pPr>
      <w:r>
        <w:rPr>
          <w:i/>
          <w:color w:val="4F9998"/>
          <w:sz w:val="16"/>
        </w:rPr>
        <w:t>Tip: Delete instructional placeholder text before sending the estimate to a client.</w:t>
      </w:r>
    </w:p>
    <w:sectPr w:rsidR="003337E7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7898182">
    <w:abstractNumId w:val="8"/>
  </w:num>
  <w:num w:numId="2" w16cid:durableId="121467465">
    <w:abstractNumId w:val="6"/>
  </w:num>
  <w:num w:numId="3" w16cid:durableId="2103257498">
    <w:abstractNumId w:val="5"/>
  </w:num>
  <w:num w:numId="4" w16cid:durableId="622034738">
    <w:abstractNumId w:val="4"/>
  </w:num>
  <w:num w:numId="5" w16cid:durableId="720255277">
    <w:abstractNumId w:val="7"/>
  </w:num>
  <w:num w:numId="6" w16cid:durableId="1334988835">
    <w:abstractNumId w:val="3"/>
  </w:num>
  <w:num w:numId="7" w16cid:durableId="710497612">
    <w:abstractNumId w:val="2"/>
  </w:num>
  <w:num w:numId="8" w16cid:durableId="1589728651">
    <w:abstractNumId w:val="1"/>
  </w:num>
  <w:num w:numId="9" w16cid:durableId="811752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6035"/>
    <w:rsid w:val="0029639D"/>
    <w:rsid w:val="00326F90"/>
    <w:rsid w:val="003337E7"/>
    <w:rsid w:val="00881949"/>
    <w:rsid w:val="00913A9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7F8383"/>
  <w14:defaultImageDpi w14:val="300"/>
  <w15:docId w15:val="{642578FD-A740-2C44-8958-3F62A93F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32307D943484BA7F9D141E6704F4E" ma:contentTypeVersion="19" ma:contentTypeDescription="Create a new document." ma:contentTypeScope="" ma:versionID="4ad9296927ef621bf448d1b56eb1cf30">
  <xsd:schema xmlns:xsd="http://www.w3.org/2001/XMLSchema" xmlns:xs="http://www.w3.org/2001/XMLSchema" xmlns:p="http://schemas.microsoft.com/office/2006/metadata/properties" xmlns:ns2="128e2200-512b-4d35-b687-19bdcc2db744" xmlns:ns3="43eae96c-9dfb-4ac1-a333-e54eebaaf9e3" targetNamespace="http://schemas.microsoft.com/office/2006/metadata/properties" ma:root="true" ma:fieldsID="18dd32430183af89f80c1a8dc08572b8" ns2:_="" ns3:_="">
    <xsd:import namespace="128e2200-512b-4d35-b687-19bdcc2db744"/>
    <xsd:import namespace="43eae96c-9dfb-4ac1-a333-e54eebaaf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  <xsd:element ref="ns2:PublishedTitl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2200-512b-4d35-b687-19bdcc2db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b66961-96d4-402a-ab24-e6ab9aedb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Not Started"/>
          <xsd:enumeration value="Brief Ready"/>
          <xsd:enumeration value="Ready for Review"/>
          <xsd:enumeration value="Done"/>
        </xsd:restriction>
      </xsd:simpleType>
    </xsd:element>
    <xsd:element name="PublishedTitle" ma:index="24" nillable="true" ma:displayName="Published Title " ma:format="Dropdown" ma:internalName="PublishedTitl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ae96c-9dfb-4ac1-a333-e54eebaaf9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eadd84f-bc69-49eb-911f-2db3c3169dd2}" ma:internalName="TaxCatchAll" ma:showField="CatchAllData" ma:web="43eae96c-9dfb-4ac1-a333-e54eebaaf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28e2200-512b-4d35-b687-19bdcc2db744" xsi:nil="true"/>
    <lcf76f155ced4ddcb4097134ff3c332f xmlns="128e2200-512b-4d35-b687-19bdcc2db744">
      <Terms xmlns="http://schemas.microsoft.com/office/infopath/2007/PartnerControls"/>
    </lcf76f155ced4ddcb4097134ff3c332f>
    <PublishedTitle xmlns="128e2200-512b-4d35-b687-19bdcc2db744" xsi:nil="true"/>
    <TaxCatchAll xmlns="43eae96c-9dfb-4ac1-a333-e54eebaaf9e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A70F31-5B43-423E-B41C-C52799027E0A}"/>
</file>

<file path=customXml/itemProps3.xml><?xml version="1.0" encoding="utf-8"?>
<ds:datastoreItem xmlns:ds="http://schemas.openxmlformats.org/officeDocument/2006/customXml" ds:itemID="{8394DD29-D896-4C18-93B1-112368C15141}"/>
</file>

<file path=customXml/itemProps4.xml><?xml version="1.0" encoding="utf-8"?>
<ds:datastoreItem xmlns:ds="http://schemas.openxmlformats.org/officeDocument/2006/customXml" ds:itemID="{0E2B0261-FAB2-4CF6-BA89-41A567E62E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Kartiganer</cp:lastModifiedBy>
  <cp:revision>2</cp:revision>
  <dcterms:created xsi:type="dcterms:W3CDTF">2026-09-18T16:23:00Z</dcterms:created>
  <dcterms:modified xsi:type="dcterms:W3CDTF">2026-09-18T16:23:00Z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0x0101003B832307D943484BA7F9D141E6704F4E</vt:lpwstr>
  </property>
</Properties>
</file>